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1149: 回文数个数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省赛函数问题简单循环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16803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函数问题 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一个正整数，正读和反读都相同的数为回文数。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22， 131， 2442， 37073， 6，⋯ 所有 1 位数都是回文数。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n （ 1 ≤ n ≤ 10000 ），求出 1,2, ⋯ ,n 之中（包括 1 和 n ）的回文数的个数。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任意给定一个正整数 n （ 0 &lt; n ≤ 10000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一个正整数，表示 [1,n] 之间的回文数的个数。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