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1145: 数列求和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10499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有一数列如下：  1 2 4 7 11 16 22 ⋯  试求该数列前 N 项之和。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（ 0 &lt;  N &lt; 1000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