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1141: A类多？B类多？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1141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函数问题进制转换bitset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1631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函数问题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一个自然数转换成二进制数后，如果 1 的个数比 0 的个数多，则称为 A 类数，否则称为 B 类数。输入 n （ n ≤ 10000 ），输出 1 到 n 之间 A 类数、 B 类数各多少个。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 n （ n ≤ 10000 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两个整数，为 A 类数和 B 类数的个数（用空格隔开）。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6 5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