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1133: 字符串的反码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1133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6231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一个二进制数，将其每一位取反，称之为这个数的反码。下面我们定义一个字符的反码。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如果这是一个小写字符，则它和字符 a 的距离与它的反码和字符 z 的距离相同；如果是一个大写字符，则它和字符 A 的距离与它的反码和字符 Z 的距离相同；如果不是上面两种情况，它的反码就是它自身。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举几个例子，a 的反码是 z ； c 的反码是 x ；W 的反码是 D ；1 的反码还是 1 ；$ 的反码还是$。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一个字符串的反码定义为其所有字符的反码。我们的任务就是计算出给定字符串的反码。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一个长度不超过 80 个字符的字符串。（字符串不含空格）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字符串的反码。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Hello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Svool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