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1131: 删除指定字符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1131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7842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从键盘输入一个字符串 str 和一个字符 c ，删除 str 中的所有字符 c 并输出删除后的字符串 str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第一行是一个字符串，字符串不含空格，长度  ≤ 100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第二行是一个字符。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删除指定字符后的字符串。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sdf$$$sdf$$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$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sdfsdf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