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1130: 简单a+b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1130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9916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张晓菲同学做了简单的 ab 求和的问题。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但是，如果要求输入的情况不是 a 和 b ，而是整个加法表达式呢？ 请想办法，计算加法表达式的结果。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输入一个加法表达式，如 1+2=，或者 23+58= 。（注意：做加法的 2 个整数都在 0 ∼ 109 的范围内）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计算出输入表达式的正确结果。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1+2=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