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1129: 简单a*b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 a*b= 的格式输入算式，通过计算输出 a*b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输入中包括一个表达式，如：a*b=，a 和 b 都是 int 类型的正整数。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结果只有一个正整数，整数在 long long 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100*200=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