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1128: 整数串拆段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1128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3023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将一个长度小于 10 位的数字串拆成 2 段，使其和为最小的素数。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例如数字串“ 13304 ” ，拆的方法有：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 + 3304 = 3305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13 + 304 = 317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133 + 04 = 137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1330 + 4 = 1334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从上面可看出，和为素数的有：317 与 137 ，最小的是137。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一个长度小于 10 的数字串。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最小的和为素数的数，若无素数则输出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