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1126: 英文翻译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请将一个数字，翻译成对应的英文。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一个自然数 n。（0≤ n ≤ 2^{31}-1）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输出这个数的英文，最后不要有多余的空格。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1111111111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one billion one hundred and eleven million one hundred and eleven thousand one hundred and eleven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