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1124: 表达式的值II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给出一个表达式，其中运算符仅包含 + 和 - 两种运算符，且没有括号。要求求出表达式的最终值。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数据保证要计算的数字的数量不超过 100 个，每个整数的数值和计算结果的数值都在 int 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请注意：数字可能是 1 位数，也可能是多位数，如：1+1-1=1 ，12+23-11=24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仅一行，即为表达式。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计算结果的数值。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