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1123: 表达式的值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给出一个表达式，其中运算符仅包含 + ,要求求出表达式的最终值。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如：1+1，则结果为 2，1+2+3 则结果为 6， 12+23 则结果 35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仅一行，即为含有正整数和 + 号的表达式。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仅一行，既为表达式算出的结果（所有数据保证，读入的表达式长度不超过30位，计算结果 ≤ 10^9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