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1121: “倒”数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1121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18015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N（ 0 &lt; N &lt; 2147483647 ），将这个数倒着合成一个新数后输出。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比如： 543 ，倒过来是 345 （请注意： 34500 ，倒过来是 543 ，不是 00543 ）！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345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543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