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1116: 调换位置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1116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入门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13459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字符串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将用逗号隔开的两个英语单词交换位置输出。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一行以逗号隔开的两个英文单词。（字符串长度不超过 100）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将两个单词交换后输出的结果。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120" w:after="120"/>
      </w:pPr>
      <w:r>
        <w:t>abc,de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de,abc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