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1110: 编程求解1+3+5+...+n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1110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6427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编程求解下列式子的值： S=1+3+5+...+n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输入一行，只有一个整数 n(1 ≤ n ≤ 1000)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输出只有一行（这意味着末尾有一个回车符号），包括 1 个整数。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2500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