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1108: 正整数N转换成一个二进制数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18827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 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输入一个不大于 32767 的整数 n ，将它转换成一个二进制数。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输入只有一行，包括一个整数 n (0 ≤ n ≤ 32767)。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