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1107: 求英文句子中的最长单词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一个英文句子（长度不超过 255 ），只含有字母和空格，输出最长的一个单词。如有多个长度相同的单词，则输出最前面的一个。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输出最长的单词。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in which four coins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which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