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1106: 统计单词个数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1106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8736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输入一行字符串（字符串长度 ≤100 ），包含若干个单词，约定相邻的两个单词用空格隔开（一个或多个空格），编程统计单词的个数。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一行空格隔开的若干个单词。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单词个数。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Hello   World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