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1104: 字符串解压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输入压缩后的字符串，输出压缩前的字符串。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压缩的方法是把连续的相同字母压缩为"长度+字母"的形式，在本题中，单个的字母不需要压缩。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例如：3a5bx，解压后的结果为：aaabbbbbx；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例如：12ab10c2ax 解压后的结果为：aaaaaaaaaaaabccccccccccaax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压缩后的字符串。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解压后的字符串。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