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1102: 字符串中的空格移位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1102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8617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输入一个字符串，将其中的所有空格都移到最前面，然后输出。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一个字符串。如：a□b□c（为了能看清空格，□代表一个空格，但实际测试数据中不用□表示空格）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空格全部移到了串前的字符串。如：□□abc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 b c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abc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