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1099: 扫描识别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“扫描识别”你知道是怎么回事吧？它的意思就是：先用扫描仪把纸上的文字扫描成一个图片，再用识别软件把那个图片中的文字识别出来，最后生成一个文本文件。这对于需要把大量的纸稿录入成电子文档的人来说，当然是非常方便的。 以现有的技术，扫描效果是比较理想的，但识别效果还不十分另人满意，经常会出现错误，尤其是当两个字形状特别接近的时候，而且，这种错误是很难用眼睛看出来的。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我们的纸稿上有一个数字串，识别之后得到的字符串保存在输入文件中，这个串可能有识别错误。已知，可能出现的错误有如下几种：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1、把数字 0 错误地识别为大写字母 O 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2、把数字 1 错误地识别为小写字母 l（ L 的小写字母）；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3、把数字 2 错误地识别为大写字母 Z 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4、把数字 5 错误地识别为大写字母 S 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5、把数字 6 错误地识别为小写字母 b 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6、把数字 8 错误地识别为大写字母 B 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7、把数字 9 错误地识别为小写字母 q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你的改正方案是：如果字符串中出现了上述字母，请替换为原来的数字。最后把改正之后的数字串输出。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只有一个字符串，表示识别后得到的字符串。串的长度不超过 100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只有一个数字串，表示改正后的数字串。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321lO88BqS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3211088895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