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1097: 统计字符的个数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从键盘中任意输入一串字符，直至输入 # 字符代表结束。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请编程统计输入的字符中的大写字母，小写字母和数字字符的个数分别是多少？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输入只有一行，包括一串字符。(长度小于 20，且没有空格)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3 个整数。分别代表大写字符，小写字符和数字字符的个数。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daDSALDdcada3240#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5 7 4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