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1093: 打印小写字母表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1093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20403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把英文字母表的小写字母按顺序和倒序打印出来。(每行 13 个)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输出四行。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abcdefghijklm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nopqrstuvwxyz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zyxwvutsrqpon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mlkjihgfedcba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