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1091: 奇数及偶数和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15460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n（1≤n≤1000 ），求出 1，2，⋯ n 中全部奇数和以及全部偶数的和。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例如：n=9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奇数和 1+3+5+7+9=25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偶数和 2+4+6+8=20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一行，奇数和与偶数和，中间一个" "（空格）。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