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1090: 同因查找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17921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 10 至 1000 之内能同时被 2、3、7 整除的数，并输出。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按要求输出满足条件的数，每行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