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1089: 找数游戏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一个三位数，各位数字互不相同，十位数字比个位、百位数字之和还要大，且十位、百位数字之和不是质数。桐桐想把符合上述条件的三位数找出来，你能帮助她吗？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按照从小到大的顺序，输出满足条件的三位数，每行一个。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