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1088: 求两个数M和N的最大公约数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1088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11435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求两个正整整数 M 和 N 的最大公约数(M，N都在长整型范围内）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（5.1.42）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输入一行，包括两个正整数。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输出只有一行，包括 1 个正整数。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45 60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