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1087: 两个数M和N的最小公倍数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求两个正整数 M 和 N 的最小公倍数。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5.1.44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输入一行，包括两个正整数。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45 60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100%数据，确保 1 ≤ M,N ≤ 2^{63}-1，题目测试数据确保 M × N 的乘积在 [1,2^{63}-1] 的范围内。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