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1083: 回文数</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1083</w:t>
            </w:r>
          </w:p>
        </w:tc>
      </w:tr>
      <w:tr>
        <w:tc>
          <w:tcPr>
            <w:tcW w:type="dxa" w:w="4320"/>
          </w:tcPr>
          <w:p>
            <w:r>
              <w:t>标签</w:t>
            </w:r>
          </w:p>
        </w:tc>
        <w:tc>
          <w:tcPr>
            <w:tcW w:type="dxa" w:w="4320"/>
          </w:tcPr>
          <w:p>
            <w:r>
              <w:t>需要找规律的循环</w:t>
            </w:r>
          </w:p>
        </w:tc>
      </w:tr>
      <w:tr>
        <w:tc>
          <w:tcPr>
            <w:tcW w:type="dxa" w:w="4320"/>
          </w:tcPr>
          <w:p>
            <w:r>
              <w:t>难度</w:t>
            </w:r>
          </w:p>
        </w:tc>
        <w:tc>
          <w:tcPr>
            <w:tcW w:type="dxa" w:w="4320"/>
          </w:tcPr>
          <w:p>
            <w:r>
              <w:t>基础</w:t>
            </w:r>
          </w:p>
        </w:tc>
      </w:tr>
      <w:tr>
        <w:tc>
          <w:tcPr>
            <w:tcW w:type="dxa" w:w="4320"/>
          </w:tcPr>
          <w:p>
            <w:r>
              <w:t>正确</w:t>
            </w:r>
          </w:p>
        </w:tc>
        <w:tc>
          <w:tcPr>
            <w:tcW w:type="dxa" w:w="4320"/>
          </w:tcPr>
          <w:p>
            <w:r>
              <w:t>8016</w:t>
            </w:r>
          </w:p>
        </w:tc>
      </w:tr>
      <w:tr>
        <w:tc>
          <w:tcPr>
            <w:tcW w:type="dxa" w:w="4320"/>
          </w:tcPr>
          <w:p>
            <w:r>
              <w:t>来源</w:t>
            </w:r>
          </w:p>
        </w:tc>
        <w:tc>
          <w:tcPr>
            <w:tcW w:type="dxa" w:w="4320"/>
          </w:tcPr>
          <w:p>
            <w:r>
              <w:t>需要找规律的循环</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回文数的定义为：如果把一个数的各个数位上的数字颠倒过来得到的新数与原数相等，则此数是回文数。</w:t>
      </w:r>
    </w:p>
    <w:p>
      <w:pPr>
        <w:spacing w:before="40" w:after="40"/>
        <w:ind w:left="720"/>
      </w:pPr>
      <w:r>
        <w:rPr>
          <w:rFonts w:ascii="Consolas" w:hAnsi="Consolas"/>
          <w:sz w:val="18"/>
        </w:rPr>
        <w:t xml:space="preserve">例： 7,22,131,2112,31013,⋯ 都是回文数。 </w:t>
      </w:r>
    </w:p>
    <w:p>
      <w:pPr>
        <w:spacing w:before="40" w:after="40"/>
        <w:ind w:left="720"/>
      </w:pPr>
      <w:r>
        <w:rPr>
          <w:rFonts w:ascii="Consolas" w:hAnsi="Consolas"/>
          <w:sz w:val="18"/>
        </w:rPr>
        <w:t>对任意给出的一个整数 n ,经过一系列的处理，最后都能成为回文数。</w:t>
      </w:r>
    </w:p>
    <w:p>
      <w:pPr>
        <w:spacing w:before="40" w:after="40"/>
        <w:ind w:left="720"/>
      </w:pPr>
      <w:r>
        <w:rPr>
          <w:rFonts w:ascii="Consolas" w:hAnsi="Consolas"/>
          <w:sz w:val="18"/>
        </w:rPr>
        <w:t>处理的方法是，该数加上它的颠倒数，</w:t>
      </w:r>
    </w:p>
    <w:p>
      <w:pPr>
        <w:spacing w:before="40" w:after="40"/>
        <w:ind w:left="720"/>
      </w:pPr>
      <w:r>
        <w:rPr>
          <w:rFonts w:ascii="Consolas" w:hAnsi="Consolas"/>
          <w:sz w:val="18"/>
        </w:rPr>
        <w:t>例如：n=176 ;</w:t>
      </w:r>
    </w:p>
    <w:p>
      <w:pPr>
        <w:spacing w:before="40" w:after="40"/>
        <w:ind w:left="720"/>
      </w:pPr>
      <w:r>
        <w:rPr>
          <w:rFonts w:ascii="Consolas" w:hAnsi="Consolas"/>
          <w:sz w:val="18"/>
        </w:rPr>
        <w:t>第一次处理后　　　　176+671＝847 ;</w:t>
      </w:r>
    </w:p>
    <w:p>
      <w:pPr>
        <w:spacing w:before="40" w:after="40"/>
        <w:ind w:left="720"/>
      </w:pPr>
      <w:r>
        <w:rPr>
          <w:rFonts w:ascii="Consolas" w:hAnsi="Consolas"/>
          <w:sz w:val="18"/>
        </w:rPr>
        <w:t>第二次处理后　　　　847+748＝1595 ;</w:t>
      </w:r>
    </w:p>
    <w:p>
      <w:pPr>
        <w:spacing w:before="40" w:after="40"/>
        <w:ind w:left="720"/>
      </w:pPr>
      <w:r>
        <w:rPr>
          <w:rFonts w:ascii="Consolas" w:hAnsi="Consolas"/>
          <w:sz w:val="18"/>
        </w:rPr>
        <w:t>第三次处理后　　　　1595+5951＝7546 ;</w:t>
      </w:r>
    </w:p>
    <w:p>
      <w:pPr>
        <w:spacing w:before="40" w:after="40"/>
        <w:ind w:left="720"/>
      </w:pPr>
      <w:r>
        <w:rPr>
          <w:rFonts w:ascii="Consolas" w:hAnsi="Consolas"/>
          <w:sz w:val="18"/>
        </w:rPr>
        <w:t>第四次处理后　　　　7546+6457＝14003 ;</w:t>
      </w:r>
    </w:p>
    <w:p>
      <w:pPr>
        <w:spacing w:before="40" w:after="40"/>
        <w:ind w:left="720"/>
      </w:pPr>
      <w:r>
        <w:rPr>
          <w:rFonts w:ascii="Consolas" w:hAnsi="Consolas"/>
          <w:sz w:val="18"/>
        </w:rPr>
        <w:t>第五次处理后　　　　14003+30041＝44044 ;</w:t>
      </w:r>
    </w:p>
    <w:p>
      <w:pPr>
        <w:spacing w:before="40" w:after="40"/>
        <w:ind w:left="720"/>
      </w:pPr>
      <w:r>
        <w:rPr>
          <w:rFonts w:ascii="Consolas" w:hAnsi="Consolas"/>
          <w:sz w:val="18"/>
        </w:rPr>
        <w:t>此时成为回文数，共进行 5 次处理。</w:t>
      </w:r>
    </w:p>
    <w:p>
      <w:pPr>
        <w:spacing w:before="40" w:after="40"/>
        <w:ind w:left="720"/>
      </w:pPr>
      <w:r>
        <w:rPr>
          <w:rFonts w:ascii="Consolas" w:hAnsi="Consolas"/>
          <w:sz w:val="18"/>
        </w:rPr>
        <w:t>问题：给出 n 后，求出使该数按照以上规则进行一系列处理后成为回文数的最少操作次数。</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n 一个整数（1 ≤ n ≤ 1000000  ）。</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 xml:space="preserve">使 n 成为回文数的最少处理次数。 </w:t>
      </w:r>
    </w:p>
    <w:p>
      <w:pPr>
        <w:spacing w:before="40" w:after="40"/>
        <w:ind w:left="720"/>
      </w:pPr>
      <w:r>
        <w:rPr>
          <w:rFonts w:ascii="Consolas" w:hAnsi="Consolas"/>
          <w:sz w:val="18"/>
        </w:rPr>
        <w:t>若开始给出的 n 是回文数，则输出 ０ （即不需任何处理）。</w:t>
      </w:r>
    </w:p>
    <w:p>
      <w:pPr>
        <w:spacing w:before="40" w:after="40"/>
        <w:ind w:left="864"/>
      </w:pPr>
      <w:r>
        <w:rPr>
          <w:rFonts w:ascii="Consolas" w:hAnsi="Consolas"/>
          <w:sz w:val="18"/>
        </w:rPr>
        <w:t xml:space="preserve"> </w:t>
      </w:r>
    </w:p>
    <w:p>
      <w:pPr>
        <w:pStyle w:val="Heading1"/>
      </w:pPr>
      <w:r>
        <w:t>样例输入</w:t>
      </w:r>
    </w:p>
    <w:p>
      <w:pPr>
        <w:spacing w:before="120" w:after="120"/>
      </w:pPr>
      <w:r>
        <w:t>67</w:t>
      </w:r>
    </w:p>
    <w:p>
      <w:pPr>
        <w:pStyle w:val="Heading1"/>
      </w:pPr>
      <w:r>
        <w:t>样例输出</w:t>
      </w:r>
    </w:p>
    <w:p>
      <w:pPr>
        <w:spacing w:before="120" w:after="120"/>
      </w:pPr>
      <w:r>
        <w:t>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