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1081: 时间转换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给定一个从 0 秒开始计时的秒数，请将其转换为 x:x:x 的格式。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输入一个秒数 n。（0 &lt; n &lt; 84600）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输出这个秒数对应的时:分:秒，请注意，这里的时、分、秒要求输出 2 位数，不足 2 位，请补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00:00:01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