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1078: 求恰好使s=1+1/2+1/3+…+1/n的值大于X时n的值。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求恰好使 s=1+1/2+1/3+ ⋯ +1/n  的值大于 X 时 n 的值。( 2 ≤ x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 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