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1076: 桐桐的计算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1076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10193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这个周末数学老师布置了一道有趣的题目，意思是：九头鸟（传说中的一种怪鸟，它有九个头，两只脚）、鸡和兔子关在一个笼子里。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数数它们的头正好是 100 个，数数它们的脚也正好是 100 只。老师让桐桐编程计算其中九头鸟、鸡和兔子各有多少只，你能帮助桐桐吗？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前面若干行，每行输出满足题目条件的一个解，共三个数，分别表示九头鸟、鸡和兔子的只数，最后一行输出题目解的总数。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请按照九头鸟的数量从少到多，九头鸟相等的情况下，鸡的数量从少到多，鸡相等的情况下，兔子的数量从少到多的顺序打印结果。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