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1075: 寻找2的幂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1075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5868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数学上把 2 的 K 次方叫 2 的 K 次幂，如 4、8、32 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给定一个整数 n ，请输出距离它最近的那个 2 的幂是多少。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如果有两个距离相同，输出那个小的。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只有一个整数 n（10 ≤ n ≤ 2 × 10^9 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只有一个整数，表示距离最近的那个 2 的幂。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17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