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1073: 沙漏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11181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赵老师最近在编一个操作系统，正好编到鼠标的繁忙状态，需要一个沙漏符号，正好大家都在学 C++ ，你的任务就是帮赵老师编一个程序打印一个沙漏符号。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，符号的行数（保证 n 是大于 1 的奇数）。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沙漏符号，使用 * 打印。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