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1072: 字符图形8-数字三角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13040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  0 &lt; n &lt; 10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