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1070: 字符图形6-星号倒三角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20052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一个整数（０ &lt; n &lt; 10 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一个字符图形，如：n=3，则输出图形如下：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