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1069: 字符图形5-星号梯形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17302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输入一个整数打印字符图形 n=3 输出：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n=5，输出：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□□□□***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□□□*****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□□*******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□*********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输出中的 □ 代表空格。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  0 &lt; n &lt; 10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