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1067: 字符图形3-平行四边形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0 &lt; n &lt;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*****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注意：第一行没有空格，第二行有 1 个空格，第 3 行有 2 个空格，以此类推！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