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1065: 字符图形1-星号矩形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32719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打印字符图形。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n 行 n 列  *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n(0 &lt; n &lt; 10)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一个矩形字符图形。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