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1064: 求出N以内的全部素数，并按每行五个数显示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求出 N 以内的全部素数，并按每行五个数显示。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N。（ N ≤ 1000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依题意，输出满足条件的数！2 3 5 7 11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⋯  ⋯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2 3 5 7 11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13 17 19 23 29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