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1061: 判断质数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12955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质数是指除了 1 和本身之外没有其他约数的数，如 7 和 11 都是质数，而 6 不是质数，因为 6 除了约数 1 和 6 之外还有约数 2 和 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输入一个正整数，判断它是否为质数，如是质数则输出 Yes，否则输出这个数的大于 1 的最小的约数。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仅有一行包含一个正整数 n，其中 1 &lt; n &lt; 1000000。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仅有一行，如果从输入文件读入的数是质数则输出 Yes，否则输出这个数的大于 1 的最小的约数。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