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1059: 求数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22692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∼ 999 中有因数 3 ，且至少有一位数字是 5 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若干个数 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