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1058: 求出100至999范围内的所有水仙花数。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1058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简单循环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入门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32763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>
              <w:t>简单循环</w:t>
            </w:r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所谓水仙花数，就是指各位数字立方之和等于该数的数；a^3 称为 a 的立方，即等于 a × a × a 的值。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例如：因为 153=1^3+5^3+3^3 ，所以 153 是一个水仙花数。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无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若干行，每行一个整数，表示该范围内的所有水仙花数。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按从小到大的顺序输出。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