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1057: 能被5整除且至少有一位数字是5的所有整数的个数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20694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找出 1 ∼ N 中能被 5 整除且至少有一位数字是 5 的所有整数的个数。（ N &lt; 32767）。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输入只有一行，只有 1 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9999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1271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