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1054: 编程求1平方+2平方+...+n平方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1054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25274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编程求 1 平方+ 2 平方+  ⋯  + n 平方。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输入一行，只有一个整数 n(1 ≤ n ≤ 200)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输出只有一行（这意味着末尾有一个回车符号），包括 1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