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1053: 求100+97+……+4+1的值。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28701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100+97+ ⋯ +4+1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输出一行，即求到的和。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