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1052: 行李托运费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车站行李托运费标准是： 10 千克或 10 千克以下，每千克收费 1.5 元，超过 10 千克的行李，按每超过 1 千克 2.5 元进行收费。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试编一程序，输入行李的托运费，算出行李的重量。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读入一个小数，表示行李的托运费。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一个小数，即行李的重量，保留两位小数。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