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1047: 能否构成直角三角形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判定三条线段 a，b，c 能否构成一个直角三角形。如果能构成，请计算出面积（保留一位小数），不然输出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一行，三个整数。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面积（保留 1 位小数） 或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