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1045: 判断能否构成三角形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25303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输入三个整数，表示 3 条线段的长度，判断这三条线段能否构成三角形。能构成就输出 Yes ，否则输出No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三角形的判断标准是：任意两边之和要大于第三边，比如有一个三角形的三条边分别为： 3 、 5 、7 ，这个三角形的三条边就满足 3 + 5 &gt; 7 且 3 + 7 &gt; 5 ，且 5 + 7 &gt; 3，因此这三条边能够构成三角形；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再比如，一个三角形的三条边为 3 、 8 、 5 ，那么因为 3+5 不满足大于 8 ，就不能构成三角形。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 or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3 8 5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