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1043: 行李托运价格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31944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某车站行李托运收费标准是： 10  公斤或 10 公斤以下，收费 2.5 元，超过 10 公斤的行李，按每超过 1 公斤增加 1.5 元进行收费。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试编一程序，输入行李的重量，算出托运费。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 1 个数。 （保留两位小数）。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