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1042: 求任意三位数打乱次序后的最大值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10271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任意输入一个三位整数，再把它的次序打乱重新组合一个新的三位整数，使其值最大。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470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